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ЗАВЕРШЕНИЯ ЭТАПА РАЗРАБОТКИ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072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завершения этапа разработки»;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завершения этапа разработки»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завершения этапа разработки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