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МИГРАЦИЮ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068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миграцию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миграцию данных»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миграцию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