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НА СОЗДАНИЕ ВЕБ-САЙТА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062 | Раздел Разработка и внедрение программного обеспечения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на создание веб-сайта»;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на создание веб-сайта»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создание веб-сайта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