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С ТЕСТИРОВЩИКОМ ПРОГРАММНОГО ОБЕСПЕЧЕНИЯ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054 | Раздел Договоры с фрилансерами и внешними разработчиками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с тестировщиком программного обеспечения»;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с тестировщиком программного обеспечения»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 тестировщиком программного обеспечения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