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КОМАНДОЙ РАЗРАБОТКИ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051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командой разработки»;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командой разработки»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командой разработки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