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ТРУДОВОЙ ДОГОВОР С DEVOPS-ИНЖЕНЕРОМ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033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«Трудовой договор с DevOps-инженером»;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DevOps-инженером.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DevOps-инженером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