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НЕЗАКОННОМ ИСПОЛЬЗОВАНИИ БАЗЫ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288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незаконном использовании базы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незаконном использовании базы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