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ВЫГРУЗКИ ДАННЫХ ИЗ ИНФОРМАЦИОННОЙ СИСТЕМЫ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283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выгрузки данных из информационной системы»;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выгрузки данных из информационной системы»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выгрузки данных из информационной системы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