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ПРОТОКОЛ ОСМОТРА ВЕБ-СТРАНИЦЫ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280 | Раздел Электронные подписи, цифровые сделки и доказательства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«Протокол осмотра веб-страницы»;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06.04.2011 № 63-ФЗ «Об электронной подписи»</w:t>
      </w:r>
    </w:p>
    <w:p>
      <w:pPr>
        <w:pStyle w:val="ListBullet"/>
        <w:spacing w:after="40"/>
      </w:pPr>
      <w:r>
        <w:t>статьи 160 и 434 ГК РФ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«Протокол осмотра веб-страницы»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осмотра веб-страницы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