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НОСИТЕЛЯ КЛЮЧА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276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носителя ключа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носителя ключа электронной подписи»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носителя ключа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