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ЗАКЛЮЧЕНИЕ О ПРАВОМЕРНОСТИ ИСПОЛЬЗОВАНИЯ ОБУЧАЮЩЕГО ДАТАСЕТА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268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«Заключение о правомерности использования обучающего датасета»;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pStyle w:val="ListBullet"/>
        <w:spacing w:after="40"/>
      </w:pPr>
      <w:r>
        <w:t>человеческий контроль и верификация</w:t>
      </w:r>
    </w:p>
    <w:p>
      <w:pPr>
        <w:pStyle w:val="ListBullet"/>
        <w:spacing w:after="40"/>
      </w:pPr>
      <w:r>
        <w:t>безопасность, конфиденциальность и журналирование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правомерность источников обучающих данных</w:t>
      </w:r>
    </w:p>
    <w:p>
      <w:pPr>
        <w:spacing w:after="40"/>
        <w:ind w:left="312" w:hanging="312"/>
      </w:pPr>
      <w:r>
        <w:t>2. распределение прав на модель, код, датасет и результаты</w:t>
      </w:r>
    </w:p>
    <w:p>
      <w:pPr>
        <w:spacing w:after="40"/>
        <w:ind w:left="312" w:hanging="312"/>
      </w:pPr>
      <w:r>
        <w:t>3. ограничения автоматизированных решений</w:t>
      </w:r>
    </w:p>
    <w:p>
      <w:pPr>
        <w:spacing w:after="40"/>
        <w:ind w:left="312" w:hanging="312"/>
      </w:pPr>
      <w:r>
        <w:t>4. человеческий контроль и верификация</w:t>
      </w:r>
    </w:p>
    <w:p>
      <w:pPr>
        <w:spacing w:after="40"/>
        <w:ind w:left="312" w:hanging="312"/>
      </w:pPr>
      <w:r>
        <w:t>5. безопасность, конфиденциальность и журналирование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Федеральный закон от 31.07.2020 № 258-ФЗ об экспериментальных правовых режимах в сфере цифровых инноваций.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ГК РФ и законодательство о персональных данных в применимой части.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Правомерность источников обучающих данных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прав на модель, код, датасет и результаты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Ограничения автоматизированных решений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Человеческий контроль и верификация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Безопасность, конфиденциальность и журналирование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правомерности использования обучающего датасета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