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ТРЕБОВАНИЕ СОТРУДНИКУ О ВОЗВРАТЕ КОНФИДЕНЦИАЛЬНОЙ ИНФОРМАЦИИ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253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«Требование сотруднику о возврате конфиденциальной информации»;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сотруднику о возврате конфиденциальной информации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