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ПЛАН ВОССТАНОВЛЕНИЯ ДЕЯТЕЛЬНОСТИ ПОСЛЕ КИБЕРАТАКИ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249 | Раздел Кибербезопасность, коммерческая тайна и цифровые инциденты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«План восстановления деятельности после кибератаки»;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четкое описание цели документа</w:t>
      </w:r>
    </w:p>
    <w:p>
      <w:pPr>
        <w:spacing w:after="40"/>
        <w:ind w:left="312" w:hanging="312"/>
      </w:pPr>
      <w:r>
        <w:t>2. распределение полномочий и ответственности</w:t>
      </w:r>
    </w:p>
    <w:p>
      <w:pPr>
        <w:spacing w:after="40"/>
        <w:ind w:left="312" w:hanging="312"/>
      </w:pPr>
      <w:r>
        <w:t>3. перечень подтверждающих документов</w:t>
      </w:r>
    </w:p>
    <w:p>
      <w:pPr>
        <w:spacing w:after="40"/>
        <w:ind w:left="312" w:hanging="312"/>
      </w:pPr>
      <w:r>
        <w:t>4. порядок согласования, исполнения и контроля</w:t>
      </w:r>
    </w:p>
    <w:p>
      <w:pPr>
        <w:spacing w:after="40"/>
        <w:ind w:left="312" w:hanging="312"/>
      </w:pPr>
      <w:r>
        <w:t>5. срок действия и процедура изменения документа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Федеральный закон от 29.07.2004 № 98-ФЗ «О коммерческой тайне».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восстановления деятельности после кибератаки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