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ЗАПРОС ИНОСТРАННОМУ ПОЛУЧАТЕЛЮ О МЕРАХ ЗАЩИТЫ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230 | Раздел Роскомнадзор, трансграничная передача и утечки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«Запрос иностранному получателю о мерах защиты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приказ Роскомнадзора от 28.10.2022 № 180 о формах уведомлений операторов персональных данных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четкое описание цели документа</w:t>
      </w:r>
    </w:p>
    <w:p>
      <w:pPr>
        <w:spacing w:after="40"/>
        <w:ind w:left="312" w:hanging="312"/>
      </w:pPr>
      <w:r>
        <w:t>2. распределение полномочий и ответственности</w:t>
      </w:r>
    </w:p>
    <w:p>
      <w:pPr>
        <w:spacing w:after="40"/>
        <w:ind w:left="312" w:hanging="312"/>
      </w:pPr>
      <w:r>
        <w:t>3. перечень подтверждающих документов</w:t>
      </w:r>
    </w:p>
    <w:p>
      <w:pPr>
        <w:spacing w:after="40"/>
        <w:ind w:left="312" w:hanging="312"/>
      </w:pPr>
      <w:r>
        <w:t>4. порядок согласования, исполнения и контроля</w:t>
      </w:r>
    </w:p>
    <w:p>
      <w:pPr>
        <w:spacing w:after="40"/>
        <w:ind w:left="312" w:hanging="312"/>
      </w:pPr>
      <w:r>
        <w:t>5. срок действия и процедура изменения документа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Федеральный закон от 27.07.2006 № 152-ФЗ «О персональных данных».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Федеральный закон от 27.07.2006 № 149-ФЗ «Об информации, информационных технологиях и о защите информации».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приказ Роскомнадзора от 28.10.2022 № 180 о формах уведомлений операторов персональных данных.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иностранному получателю о мерах защиты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