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ЗАКЛЮЧЕНИЕ О ЗАКОННОСТИ ИСПОЛЬЗОВАНИЯ СТОРОННЕГО SDK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220 | Раздел Сайт, cookies, SDK, аналитика и онлайн-реклама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«Заключение о законности использования стороннего SDK»;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Федеральный закон от 13.03.2006 № 38-ФЗ «О рекламе»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четкое описание цели документа</w:t>
      </w:r>
    </w:p>
    <w:p>
      <w:pPr>
        <w:spacing w:after="40"/>
        <w:ind w:left="312" w:hanging="312"/>
      </w:pPr>
      <w:r>
        <w:t>2. распределение полномочий и ответственности</w:t>
      </w:r>
    </w:p>
    <w:p>
      <w:pPr>
        <w:spacing w:after="40"/>
        <w:ind w:left="312" w:hanging="312"/>
      </w:pPr>
      <w:r>
        <w:t>3. перечень подтверждающих документов</w:t>
      </w:r>
    </w:p>
    <w:p>
      <w:pPr>
        <w:spacing w:after="40"/>
        <w:ind w:left="312" w:hanging="312"/>
      </w:pPr>
      <w:r>
        <w:t>4. порядок согласования, исполнения и контроля</w:t>
      </w:r>
    </w:p>
    <w:p>
      <w:pPr>
        <w:spacing w:after="40"/>
        <w:ind w:left="312" w:hanging="312"/>
      </w:pPr>
      <w:r>
        <w:t>5. срок действия и процедура изменения документа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Федеральный закон от 27.07.2006 № 152-ФЗ «О персональных данных».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Федеральный закон от 27.07.2006 № 149-ФЗ «Об информации, информационных технологиях и о защите информации».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Федеральный закон от 13.03.2006 № 38-ФЗ «О рекламе».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законности использования стороннего SDK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