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ИСПОЛЬЗОВАНИЕ АНАЛИТИЧЕСКИХ COOKIES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216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использование аналитических cookies»;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использование аналитических cookies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