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КАРТА ЮРИДИЧЕСКИХ РИСКОВ ТЕХНОЛОГИЧЕСКОГО СТАРТАПА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002 | Раздел Юридическая упаковка IT-стартапа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«Карта юридических рисков технологического стартапа»;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юридических рисков технологического стартапа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