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КОММЕРЧЕСКОЙ КОНЦЕССИИ IT-ПРОЕКТА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174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коммерческой концессии IT-проекта»;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коммерческой концессии IT-проекта»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коммерческой концессии IT-проекта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