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ЮРИДИЧЕСКОЕ ЗАКЛЮЧЕНИЕ О ГОТОВНОСТИ ПРОДУКТА К ЗАПУСКУ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015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«Юридическое заключение о готовности продукта к запуску»;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и иные применимые нормативные акты.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Юридическое заключение о готовности продукта к запуску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