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ОБ ИСПРАВЛЕНИИ ОЧЕВИДНОЙ ОШИБКИ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146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об исправлении очевидной ошибки»;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об исправлении очевидной ошибки»: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исправлении очевидной ошибки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