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РЕФЕРАТ ПРОГРАММЫ ДЛЯ ЭВМ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140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«Реферат программы для ЭВМ»;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«Реферат программы для ЭВМ»: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 программы для ЭВМ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