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 ХРАНЕНИИ КОРПОРАТИВНЫХ И ТЕХНИЧЕСКИХ ДОКУМЕНТОВ 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014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 хранении корпоративных и технических документов 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 хранении корпоративных и технических документов проекта»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хранении корпоративных и технических документов 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