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АВТОРА НА УКАЗАНИЕ СВЕДЕНИЙ В ЗАЯВКЕ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138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автора на указание сведений в заявке»;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автора на указание сведений в заявке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