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СУБЛИЦЕНЗИОННЫЙ ДОГОВОР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125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«Сублицензионный договор»;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Сублицензионный договор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