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ОТЧУЖДЕНИЯ ИСКЛЮЧИТЕЛЬНОГО ПРАВА НА БАЗУ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122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отчуждения исключительного права на базу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отчуждения исключительного права на базу данных».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отчуждения исключительного права на базу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