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ЖАЛОБА ПОЛЬЗОВАТЕЛЯ НА НЕОБОСНОВАННУЮ БЛОКИРОВКУ АККАУНТА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120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оспорить незаконное решение, действие или бездействие и восстановить нарушенные права.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«Жалоба пользователя на необоснованную блокировку аккаунта»;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Гражданский кодекс Российской Федерации и иные применимые нормативные акты.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Признать оспариваемое решение / действие / бездействие незаконным и необоснованным.</w:t>
      </w:r>
    </w:p>
    <w:p>
      <w:pPr>
        <w:spacing w:after="40"/>
        <w:ind w:left="312" w:hanging="312"/>
      </w:pPr>
      <w:r>
        <w:t>2. Отменить решение / предписание / отказ от [___].</w:t>
      </w:r>
    </w:p>
    <w:p>
      <w:pPr>
        <w:spacing w:after="40"/>
        <w:ind w:left="312" w:hanging="312"/>
      </w:pPr>
      <w:r>
        <w:t>3. Обязать компетентное лицо повторно рассмотреть вопрос с учетом представленных доказательств либо принять решение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пользователя на необоснованную блокировку аккаунта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