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ОБ ОБЩИХ ПРИНЦИПАХ ФИНАНСИРОВАНИЯ ПРОЕКТА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012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об общих принципах финансирования проекта»;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общих принципах финансирования проекта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