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ПРАВИЛА РАЗМЕЩЕНИЯ ОТЗЫВОВ И КОММЕНТАРИЕВ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116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«Правила размещения отзывов и комментариев»;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«Правила размещения отзывов и комментариев»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размещения отзывов и комментариев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