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ПРАВИЛА РЕГИСТРАЦИИ УЧЕТНОЙ ЗАПИСИ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108 | Раздел Мобильные приложения, платформы и пользовательские документы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«Правила регистрации учетной записи»;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«Правила регистрации учетной записи»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регистрации учетной записи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