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ЛИЦЕНЗИОННОЕ СОГЛАШЕНИЕ КОНЕЧНОГО ПОЛЬЗОВАТЕЛЯ - EULA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107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«Лицензионное соглашение конечного пользователя - EULA»;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«Лицензионное соглашение конечного пользователя - EULA»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Лицензионное соглашение конечного пользователя - EULA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