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ОБ ИЗМЕНЕНИИ ТАРИФОВ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102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об изменении тарифов»;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об изменении тарифов»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об изменении тарифов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