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ОБ ОТСУТСТВИИ СОСТАВА ПРЕСТУПЛЕНИЯ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 ОТСУТСТВИИ СОСТАВА ПРЕСТУПЛЕНИЯ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 отсутствии состава преступления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