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ПИСЬМЕННЫЕ ОБЪЯСНЕНИЯ РУКОВОДИТЕЛЯ В ХОДЕ ДОСЛЕДСТВЕННОЙ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ПИСЬМЕННЫЕ ОБЪЯСНЕНИЯ РУКОВОДИТЕЛЯ В ХОДЕ ДОСЛЕДСТВЕННОЙ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руководителя в ходе доследственной проверки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