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074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ИНСТРУКЦИЯ О СОХРАНЕНИИ ЭЛЕКТРОННЫХ ДОКАЗАТЕЛЬСТВ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о сохранении электронных доказательств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