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АКТ ПРИЕМА-ПЕРЕДАЧИ ДОКУМЕНТОВ КОМИССИИ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ПРИЕМА-ПЕРЕДАЧИ ДОКУМЕНТОВ КОМИССИИ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приема-передачи документов комиссии.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приема-передачи документов комиссии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