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068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ПРОТОКОЛ ОПРОСА РАБОТНИКА В РАМКАХ ВНУТРЕННЕГО РАССЛЕДОВАНИЯ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ПРОТОКОЛ ОПРОСА РАБОТНИКА В РАМКАХ ВНУТРЕННЕГО РАССЛЕДОВАНИЯ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протокол опроса работника в рамках внутреннего расследования.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Предмет и пределы проверки: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Сохранность доказательств и конфиденциальность: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Отделение фактов от оценочных выводов: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опроса работника в рамках внутреннего расследования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