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067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АКТ ОБ ОТКАЗЕ РАБОТНИКА ПРЕДОСТАВИТЬ ОБЪЯСНЕНИЯ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ОБ ОТКАЗЕ РАБОТНИКА ПРЕДОСТАВИТЬ ОБЪЯСНЕНИЯ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об отказе работника предоставить объяснения.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отказе работника предоставить объяснения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