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ПРИКАЗ О СОЗДАНИИ КРИЗИСНОЙ ГРУППЫ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ПРИКАЗ О СОЗДАНИИ КРИЗИСНОЙ ГРУППЫ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кризисной группы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