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АЛГОРИТМ ДЕЙСТВИЙ ДИРЕКТОРА ПРИ ОБЫСКЕ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постановления и полномочий участников.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Непрерывная фиксация всех действий и изъятого.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Заявление замечаний до подписания протокола.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действий директора при обыске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