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042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КРАТКАЯ ПАМЯТКА «В ОФИС ПРИШЛИ ПРАВООХРАНИТЕЛЬНЫЕ ОРГАНЫ»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КРАТКАЯ ПАМЯТКА «В ОФИС ПРИШЛИ ПРАВООХРАНИТЕЛЬНЫЕ ОРГАНЫ»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Краткая памятка «В офис пришли правоохранительные органы»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