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041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ИНСТРУКЦИЯ РАБОТНИКАМ ПРИ ПРИБЫТИИ СОТРУДНИКОВ ПОЛИЦИИ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работникам при прибытии сотрудников полиции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