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КОДЕКС ДОБРОСОВЕСТНОГО ПОВЕДЕНИЯ РАБОТНИКОВ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кодекс добросовестного поведения работников.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Кодекс добросовестного поведения работников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