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ФАЛЬСИФИКАЦИИ ДОКАЗАТЕЛЬСТВ В КОРПОРАТИВНОМ СПОРЕ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ФАЛЬСИФИКАЦИИ ДОКАЗАТЕЛЬСТВ В КОРПОРАТИВНОМ СПОРЕ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фальсификации доказательств в корпоративном споре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