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357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ПРИСВОЕНИИ ИЛИ РАСТРАТЕ ИМУЩЕСТВА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ПРИСВОЕНИИ ИЛИ РАСТРАТЕ ИМУЩЕСТВА КОМПАНИИ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присвоении или растрате имущества компании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