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347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ПИСЬМЕННЫЕ ПРЕНИЯ СТОРОНЫ ЗАЩИТЫ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ПИСЬМЕННЫЕ ПРЕНИЯ СТОРОНЫ ЗАЩИТЫ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прения стороны защиты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