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ТЕЗИСЫ ВСТУПИТЕЛЬНОГО ЗАЯВЛЕНИЯ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ТЕЗИСЫ ВСТУПИТЕЛЬНОГО ЗАЯВЛЕНИЯ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вступительного заявления защиты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