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ПРОКУРОРУ ПО СТАТЬЕ 124 УПК РФ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ПРОКУРОРУ ПО СТАТЬЕ 124 УПК РФ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прокурору по статье 124 УПК РФ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