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ЗАЯВЛЕНИЕ О СОГЛАСИИ НА ПРЕКРАЩЕНИЕ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СОГЛАСИИ НА ПРЕКРАЩЕНИЕ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согласии на прекращение дела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