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314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ПИСЬМЕННАЯ ПОЗИЦИЯ О ДОБРОВОЛЬНОСТИ ВОЗМЕЩЕНИЯ УЩЕРБА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 ДОБРОВОЛЬНОСТИ ВОЗМЕЩЕНИЯ УЩЕРБА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 добровольности возмещения ущерба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