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280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ХОДАТАЙСТВО О ПРОВЕДЕНИИ ДОПОЛНИТЕЛЬНОЙ ЭКСПЕРТИЗЫ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ПРОВЕДЕНИИ ДОПОЛНИТЕЛЬНОЙ ЭКСПЕРТИЗЫ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57, 58, 195-207)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дополнительной экспертизы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